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EC884" w14:textId="1F9E3477" w:rsidR="00711213" w:rsidRPr="00D50D95" w:rsidRDefault="00711213" w:rsidP="00711213">
      <w:pPr>
        <w:jc w:val="center"/>
        <w:rPr>
          <w:rFonts w:asciiTheme="majorHAnsi" w:hAnsiTheme="majorHAnsi" w:cstheme="majorHAnsi"/>
          <w:sz w:val="56"/>
          <w:szCs w:val="56"/>
        </w:rPr>
      </w:pPr>
      <w:r>
        <w:rPr>
          <w:rFonts w:asciiTheme="majorHAnsi" w:hAnsiTheme="majorHAnsi" w:cstheme="majorHAnsi"/>
          <w:sz w:val="56"/>
          <w:szCs w:val="56"/>
        </w:rPr>
        <w:t>Weekly Creator Tracker</w:t>
      </w:r>
    </w:p>
    <w:p w14:paraId="4C4F2022" w14:textId="77777777" w:rsidR="00711213" w:rsidRPr="00D50D95" w:rsidRDefault="00711213" w:rsidP="00711213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12908A54" w14:textId="77777777" w:rsidR="00711213" w:rsidRPr="00D50D95" w:rsidRDefault="00711213" w:rsidP="00711213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4E176C84" w14:textId="77777777" w:rsidR="00711213" w:rsidRPr="00D50D95" w:rsidRDefault="00711213" w:rsidP="00711213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73AAE00A" w14:textId="77777777" w:rsidR="00711213" w:rsidRPr="00D50D95" w:rsidRDefault="00711213" w:rsidP="00711213">
      <w:pPr>
        <w:jc w:val="center"/>
        <w:rPr>
          <w:rFonts w:asciiTheme="majorHAnsi" w:hAnsiTheme="majorHAnsi" w:cstheme="majorHAnsi"/>
          <w:sz w:val="40"/>
          <w:szCs w:val="40"/>
        </w:rPr>
      </w:pPr>
      <w:r w:rsidRPr="00D50D95">
        <w:rPr>
          <w:rFonts w:asciiTheme="majorHAnsi" w:hAnsiTheme="majorHAnsi" w:cstheme="majorHAnsi"/>
          <w:sz w:val="40"/>
          <w:szCs w:val="40"/>
        </w:rPr>
        <w:t>By Mariano Capote</w:t>
      </w:r>
    </w:p>
    <w:p w14:paraId="7D61C289" w14:textId="77777777" w:rsidR="00711213" w:rsidRPr="00D50D95" w:rsidRDefault="00711213" w:rsidP="00711213">
      <w:pPr>
        <w:jc w:val="center"/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8"/>
          <w:szCs w:val="28"/>
        </w:rPr>
      </w:pPr>
      <w:r w:rsidRPr="00D50D95">
        <w:rPr>
          <w:rFonts w:asciiTheme="majorHAnsi" w:hAnsiTheme="majorHAnsi" w:cstheme="majorHAnsi"/>
          <w:sz w:val="28"/>
          <w:szCs w:val="28"/>
        </w:rPr>
        <w:t>Helping Creators Start on YouTube</w:t>
      </w:r>
    </w:p>
    <w:p w14:paraId="6CE700EF" w14:textId="77777777" w:rsidR="00711213" w:rsidRDefault="0071121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5A18DADE" w14:textId="134F867C" w:rsidR="00D8127B" w:rsidRDefault="00000000">
      <w:pPr>
        <w:pStyle w:val="Heading1"/>
        <w:jc w:val="center"/>
      </w:pPr>
      <w:r>
        <w:lastRenderedPageBreak/>
        <w:t>📅 Weekly Creator Tracker</w:t>
      </w:r>
    </w:p>
    <w:p w14:paraId="0691536A" w14:textId="77777777" w:rsidR="00D8127B" w:rsidRDefault="00000000">
      <w:pPr>
        <w:jc w:val="center"/>
      </w:pPr>
      <w:r>
        <w:t>Use this tracker to stay consistent with your YouTube content and maintain weekly momentum.</w:t>
      </w:r>
      <w:r>
        <w:br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8127B" w14:paraId="22897615" w14:textId="77777777" w:rsidTr="003B2EB3">
        <w:trPr>
          <w:jc w:val="center"/>
        </w:trPr>
        <w:tc>
          <w:tcPr>
            <w:tcW w:w="2160" w:type="dxa"/>
            <w:shd w:val="clear" w:color="auto" w:fill="D9D9D9" w:themeFill="background1" w:themeFillShade="D9"/>
          </w:tcPr>
          <w:p w14:paraId="1039B80B" w14:textId="77777777" w:rsidR="00D8127B" w:rsidRDefault="00000000">
            <w:r>
              <w:t>Day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115629C2" w14:textId="77777777" w:rsidR="00D8127B" w:rsidRDefault="00000000">
            <w:r>
              <w:t>Task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318CADF3" w14:textId="77777777" w:rsidR="00D8127B" w:rsidRDefault="00000000">
            <w:r>
              <w:t>Completed (✔)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7CFA1F23" w14:textId="77777777" w:rsidR="00D8127B" w:rsidRDefault="00000000">
            <w:r>
              <w:t>Notes</w:t>
            </w:r>
          </w:p>
        </w:tc>
      </w:tr>
      <w:tr w:rsidR="00D8127B" w14:paraId="22523BAA" w14:textId="77777777">
        <w:trPr>
          <w:jc w:val="center"/>
        </w:trPr>
        <w:tc>
          <w:tcPr>
            <w:tcW w:w="2160" w:type="dxa"/>
          </w:tcPr>
          <w:p w14:paraId="0E83BA8E" w14:textId="77777777" w:rsidR="00D8127B" w:rsidRDefault="00000000">
            <w:r>
              <w:t>Monday</w:t>
            </w:r>
          </w:p>
        </w:tc>
        <w:tc>
          <w:tcPr>
            <w:tcW w:w="2160" w:type="dxa"/>
          </w:tcPr>
          <w:p w14:paraId="6E989287" w14:textId="77777777" w:rsidR="00D8127B" w:rsidRDefault="00000000">
            <w:r>
              <w:t>Script video / Plan content</w:t>
            </w:r>
          </w:p>
        </w:tc>
        <w:tc>
          <w:tcPr>
            <w:tcW w:w="2160" w:type="dxa"/>
          </w:tcPr>
          <w:p w14:paraId="6E3A470B" w14:textId="77777777" w:rsidR="00D8127B" w:rsidRDefault="00D8127B"/>
        </w:tc>
        <w:tc>
          <w:tcPr>
            <w:tcW w:w="2160" w:type="dxa"/>
          </w:tcPr>
          <w:p w14:paraId="4CC45087" w14:textId="77777777" w:rsidR="00D8127B" w:rsidRDefault="00D8127B"/>
        </w:tc>
      </w:tr>
      <w:tr w:rsidR="00D8127B" w14:paraId="638985CA" w14:textId="77777777">
        <w:trPr>
          <w:jc w:val="center"/>
        </w:trPr>
        <w:tc>
          <w:tcPr>
            <w:tcW w:w="2160" w:type="dxa"/>
          </w:tcPr>
          <w:p w14:paraId="47C79C75" w14:textId="77777777" w:rsidR="00D8127B" w:rsidRDefault="00000000">
            <w:r>
              <w:t>Tuesday</w:t>
            </w:r>
          </w:p>
        </w:tc>
        <w:tc>
          <w:tcPr>
            <w:tcW w:w="2160" w:type="dxa"/>
          </w:tcPr>
          <w:p w14:paraId="4FCA1B15" w14:textId="77777777" w:rsidR="00D8127B" w:rsidRDefault="00000000">
            <w:r>
              <w:t>Film video(s)</w:t>
            </w:r>
          </w:p>
        </w:tc>
        <w:tc>
          <w:tcPr>
            <w:tcW w:w="2160" w:type="dxa"/>
          </w:tcPr>
          <w:p w14:paraId="177DC1A8" w14:textId="77777777" w:rsidR="00D8127B" w:rsidRDefault="00D8127B"/>
        </w:tc>
        <w:tc>
          <w:tcPr>
            <w:tcW w:w="2160" w:type="dxa"/>
          </w:tcPr>
          <w:p w14:paraId="4E7B1961" w14:textId="77777777" w:rsidR="00D8127B" w:rsidRDefault="00D8127B"/>
        </w:tc>
      </w:tr>
      <w:tr w:rsidR="00D8127B" w14:paraId="6A80A38C" w14:textId="77777777">
        <w:trPr>
          <w:jc w:val="center"/>
        </w:trPr>
        <w:tc>
          <w:tcPr>
            <w:tcW w:w="2160" w:type="dxa"/>
          </w:tcPr>
          <w:p w14:paraId="2DDE7146" w14:textId="77777777" w:rsidR="00D8127B" w:rsidRDefault="00000000">
            <w:r>
              <w:t>Wednesday</w:t>
            </w:r>
          </w:p>
        </w:tc>
        <w:tc>
          <w:tcPr>
            <w:tcW w:w="2160" w:type="dxa"/>
          </w:tcPr>
          <w:p w14:paraId="49AC4A91" w14:textId="77777777" w:rsidR="00D8127B" w:rsidRDefault="00000000">
            <w:r>
              <w:t>Edit video(s)</w:t>
            </w:r>
          </w:p>
        </w:tc>
        <w:tc>
          <w:tcPr>
            <w:tcW w:w="2160" w:type="dxa"/>
          </w:tcPr>
          <w:p w14:paraId="71B58918" w14:textId="77777777" w:rsidR="00D8127B" w:rsidRDefault="00D8127B"/>
        </w:tc>
        <w:tc>
          <w:tcPr>
            <w:tcW w:w="2160" w:type="dxa"/>
          </w:tcPr>
          <w:p w14:paraId="5C59578D" w14:textId="77777777" w:rsidR="00D8127B" w:rsidRDefault="00D8127B"/>
        </w:tc>
      </w:tr>
      <w:tr w:rsidR="00D8127B" w14:paraId="5B61ACFA" w14:textId="77777777">
        <w:trPr>
          <w:jc w:val="center"/>
        </w:trPr>
        <w:tc>
          <w:tcPr>
            <w:tcW w:w="2160" w:type="dxa"/>
          </w:tcPr>
          <w:p w14:paraId="640F1E34" w14:textId="77777777" w:rsidR="00D8127B" w:rsidRDefault="00000000">
            <w:r>
              <w:t>Thursday</w:t>
            </w:r>
          </w:p>
        </w:tc>
        <w:tc>
          <w:tcPr>
            <w:tcW w:w="2160" w:type="dxa"/>
          </w:tcPr>
          <w:p w14:paraId="3306A3C2" w14:textId="77777777" w:rsidR="00D8127B" w:rsidRDefault="00000000">
            <w:r>
              <w:t>Create thumbnail &amp; add description</w:t>
            </w:r>
          </w:p>
        </w:tc>
        <w:tc>
          <w:tcPr>
            <w:tcW w:w="2160" w:type="dxa"/>
          </w:tcPr>
          <w:p w14:paraId="20C50E6A" w14:textId="77777777" w:rsidR="00D8127B" w:rsidRDefault="00D8127B"/>
        </w:tc>
        <w:tc>
          <w:tcPr>
            <w:tcW w:w="2160" w:type="dxa"/>
          </w:tcPr>
          <w:p w14:paraId="42C6B02E" w14:textId="77777777" w:rsidR="00D8127B" w:rsidRDefault="00D8127B"/>
        </w:tc>
      </w:tr>
      <w:tr w:rsidR="00D8127B" w14:paraId="336C9C81" w14:textId="77777777">
        <w:trPr>
          <w:jc w:val="center"/>
        </w:trPr>
        <w:tc>
          <w:tcPr>
            <w:tcW w:w="2160" w:type="dxa"/>
          </w:tcPr>
          <w:p w14:paraId="4D35CB9C" w14:textId="77777777" w:rsidR="00D8127B" w:rsidRDefault="00000000">
            <w:r>
              <w:t>Friday</w:t>
            </w:r>
          </w:p>
        </w:tc>
        <w:tc>
          <w:tcPr>
            <w:tcW w:w="2160" w:type="dxa"/>
          </w:tcPr>
          <w:p w14:paraId="23D102E1" w14:textId="77777777" w:rsidR="00D8127B" w:rsidRDefault="00000000">
            <w:r>
              <w:t>Upload &amp; schedule</w:t>
            </w:r>
          </w:p>
        </w:tc>
        <w:tc>
          <w:tcPr>
            <w:tcW w:w="2160" w:type="dxa"/>
          </w:tcPr>
          <w:p w14:paraId="24683819" w14:textId="77777777" w:rsidR="00D8127B" w:rsidRDefault="00D8127B"/>
        </w:tc>
        <w:tc>
          <w:tcPr>
            <w:tcW w:w="2160" w:type="dxa"/>
          </w:tcPr>
          <w:p w14:paraId="4D3CE010" w14:textId="77777777" w:rsidR="00D8127B" w:rsidRDefault="00D8127B"/>
        </w:tc>
      </w:tr>
      <w:tr w:rsidR="00D8127B" w14:paraId="47E56C8A" w14:textId="77777777">
        <w:trPr>
          <w:jc w:val="center"/>
        </w:trPr>
        <w:tc>
          <w:tcPr>
            <w:tcW w:w="2160" w:type="dxa"/>
          </w:tcPr>
          <w:p w14:paraId="68BCE0C5" w14:textId="77777777" w:rsidR="00D8127B" w:rsidRDefault="00000000">
            <w:r>
              <w:t>Saturday</w:t>
            </w:r>
          </w:p>
        </w:tc>
        <w:tc>
          <w:tcPr>
            <w:tcW w:w="2160" w:type="dxa"/>
          </w:tcPr>
          <w:p w14:paraId="3107D297" w14:textId="77777777" w:rsidR="00D8127B" w:rsidRDefault="00000000">
            <w:r>
              <w:t>Promote video / Engage with comments</w:t>
            </w:r>
          </w:p>
        </w:tc>
        <w:tc>
          <w:tcPr>
            <w:tcW w:w="2160" w:type="dxa"/>
          </w:tcPr>
          <w:p w14:paraId="1426A959" w14:textId="77777777" w:rsidR="00D8127B" w:rsidRDefault="00D8127B"/>
        </w:tc>
        <w:tc>
          <w:tcPr>
            <w:tcW w:w="2160" w:type="dxa"/>
          </w:tcPr>
          <w:p w14:paraId="2A3B818B" w14:textId="77777777" w:rsidR="00D8127B" w:rsidRDefault="00D8127B"/>
        </w:tc>
      </w:tr>
      <w:tr w:rsidR="00D8127B" w14:paraId="4D77B113" w14:textId="77777777">
        <w:trPr>
          <w:jc w:val="center"/>
        </w:trPr>
        <w:tc>
          <w:tcPr>
            <w:tcW w:w="2160" w:type="dxa"/>
          </w:tcPr>
          <w:p w14:paraId="4781C911" w14:textId="77777777" w:rsidR="00D8127B" w:rsidRDefault="00000000">
            <w:r>
              <w:t>Sunday</w:t>
            </w:r>
          </w:p>
        </w:tc>
        <w:tc>
          <w:tcPr>
            <w:tcW w:w="2160" w:type="dxa"/>
          </w:tcPr>
          <w:p w14:paraId="590B7055" w14:textId="77777777" w:rsidR="00D8127B" w:rsidRDefault="00000000">
            <w:r>
              <w:t>Brainstorm for next week / Rest</w:t>
            </w:r>
          </w:p>
        </w:tc>
        <w:tc>
          <w:tcPr>
            <w:tcW w:w="2160" w:type="dxa"/>
          </w:tcPr>
          <w:p w14:paraId="26E160F2" w14:textId="77777777" w:rsidR="00D8127B" w:rsidRDefault="00D8127B"/>
        </w:tc>
        <w:tc>
          <w:tcPr>
            <w:tcW w:w="2160" w:type="dxa"/>
          </w:tcPr>
          <w:p w14:paraId="2F50E541" w14:textId="77777777" w:rsidR="00D8127B" w:rsidRDefault="00D8127B"/>
        </w:tc>
      </w:tr>
    </w:tbl>
    <w:p w14:paraId="03D1042B" w14:textId="77777777" w:rsidR="00A15881" w:rsidRDefault="00A15881"/>
    <w:sectPr w:rsidR="00A1588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86593468">
    <w:abstractNumId w:val="8"/>
  </w:num>
  <w:num w:numId="2" w16cid:durableId="381177393">
    <w:abstractNumId w:val="6"/>
  </w:num>
  <w:num w:numId="3" w16cid:durableId="1232428126">
    <w:abstractNumId w:val="5"/>
  </w:num>
  <w:num w:numId="4" w16cid:durableId="440346094">
    <w:abstractNumId w:val="4"/>
  </w:num>
  <w:num w:numId="5" w16cid:durableId="138890561">
    <w:abstractNumId w:val="7"/>
  </w:num>
  <w:num w:numId="6" w16cid:durableId="477261078">
    <w:abstractNumId w:val="3"/>
  </w:num>
  <w:num w:numId="7" w16cid:durableId="1213076909">
    <w:abstractNumId w:val="2"/>
  </w:num>
  <w:num w:numId="8" w16cid:durableId="1943494861">
    <w:abstractNumId w:val="1"/>
  </w:num>
  <w:num w:numId="9" w16cid:durableId="1360162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54D0"/>
    <w:rsid w:val="0029639D"/>
    <w:rsid w:val="00326F90"/>
    <w:rsid w:val="003B2EB3"/>
    <w:rsid w:val="00711213"/>
    <w:rsid w:val="00A15881"/>
    <w:rsid w:val="00AA1D8D"/>
    <w:rsid w:val="00B47730"/>
    <w:rsid w:val="00CB0664"/>
    <w:rsid w:val="00D8127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3F2647"/>
  <w14:defaultImageDpi w14:val="300"/>
  <w15:docId w15:val="{F06A071A-586B-4647-B5B2-5BEA9874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Capote, Mariano</cp:lastModifiedBy>
  <cp:revision>3</cp:revision>
  <dcterms:created xsi:type="dcterms:W3CDTF">2013-12-23T23:15:00Z</dcterms:created>
  <dcterms:modified xsi:type="dcterms:W3CDTF">2025-05-03T21:34:00Z</dcterms:modified>
  <cp:category/>
</cp:coreProperties>
</file>