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4C9EF" w14:textId="27D1F455" w:rsidR="00446037" w:rsidRPr="00D50D95" w:rsidRDefault="00446037" w:rsidP="00446037">
      <w:pPr>
        <w:jc w:val="center"/>
        <w:rPr>
          <w:rFonts w:asciiTheme="majorHAnsi" w:hAnsiTheme="majorHAnsi" w:cstheme="majorHAnsi"/>
          <w:sz w:val="56"/>
          <w:szCs w:val="56"/>
        </w:rPr>
      </w:pPr>
      <w:r w:rsidRPr="00D50D95">
        <w:rPr>
          <w:rFonts w:asciiTheme="majorHAnsi" w:hAnsiTheme="majorHAnsi" w:cstheme="majorHAnsi"/>
          <w:sz w:val="56"/>
          <w:szCs w:val="56"/>
        </w:rPr>
        <w:t>YouTube Script Template</w:t>
      </w:r>
    </w:p>
    <w:p w14:paraId="6CC3C2EB" w14:textId="77777777" w:rsidR="00446037" w:rsidRPr="00D50D95" w:rsidRDefault="00446037" w:rsidP="00446037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2D199D32" w14:textId="77777777" w:rsidR="00446037" w:rsidRPr="00D50D95" w:rsidRDefault="00446037" w:rsidP="00446037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4AB04953" w14:textId="77777777" w:rsidR="00446037" w:rsidRPr="00D50D95" w:rsidRDefault="00446037" w:rsidP="00446037">
      <w:pPr>
        <w:jc w:val="center"/>
        <w:rPr>
          <w:rFonts w:asciiTheme="majorHAnsi" w:hAnsiTheme="majorHAnsi" w:cstheme="majorHAnsi"/>
          <w:sz w:val="56"/>
          <w:szCs w:val="56"/>
        </w:rPr>
      </w:pPr>
    </w:p>
    <w:p w14:paraId="67F9DDE6" w14:textId="77777777" w:rsidR="00446037" w:rsidRPr="00D50D95" w:rsidRDefault="00446037" w:rsidP="00446037">
      <w:pPr>
        <w:jc w:val="center"/>
        <w:rPr>
          <w:rFonts w:asciiTheme="majorHAnsi" w:hAnsiTheme="majorHAnsi" w:cstheme="majorHAnsi"/>
          <w:sz w:val="40"/>
          <w:szCs w:val="40"/>
        </w:rPr>
      </w:pPr>
      <w:r w:rsidRPr="00D50D95">
        <w:rPr>
          <w:rFonts w:asciiTheme="majorHAnsi" w:hAnsiTheme="majorHAnsi" w:cstheme="majorHAnsi"/>
          <w:sz w:val="40"/>
          <w:szCs w:val="40"/>
        </w:rPr>
        <w:t>By Mariano Capote</w:t>
      </w:r>
    </w:p>
    <w:p w14:paraId="77C2BE35" w14:textId="77777777" w:rsidR="00446037" w:rsidRPr="00D50D95" w:rsidRDefault="00446037" w:rsidP="00446037">
      <w:pPr>
        <w:jc w:val="center"/>
        <w:rPr>
          <w:rFonts w:asciiTheme="majorHAnsi" w:eastAsiaTheme="majorEastAsia" w:hAnsiTheme="majorHAnsi" w:cstheme="majorHAnsi"/>
          <w:b/>
          <w:bCs/>
          <w:color w:val="365F91" w:themeColor="accent1" w:themeShade="BF"/>
          <w:sz w:val="28"/>
          <w:szCs w:val="28"/>
        </w:rPr>
      </w:pPr>
      <w:r w:rsidRPr="00D50D95">
        <w:rPr>
          <w:rFonts w:asciiTheme="majorHAnsi" w:hAnsiTheme="majorHAnsi" w:cstheme="majorHAnsi"/>
          <w:sz w:val="28"/>
          <w:szCs w:val="28"/>
        </w:rPr>
        <w:t>Helping Creators Start on YouTube</w:t>
      </w:r>
    </w:p>
    <w:p w14:paraId="089BF4A3" w14:textId="0507E88D" w:rsidR="00446037" w:rsidRDefault="00446037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0DEE7676" w14:textId="77777777" w:rsidR="00446037" w:rsidRDefault="00446037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6124CF3B" w14:textId="3C972836" w:rsidR="007021EB" w:rsidRDefault="00000000">
      <w:pPr>
        <w:pStyle w:val="Heading1"/>
      </w:pPr>
      <w:r>
        <w:lastRenderedPageBreak/>
        <w:t>🎬 YouTube Script Template</w:t>
      </w:r>
    </w:p>
    <w:p w14:paraId="5C2EE28C" w14:textId="77777777" w:rsidR="007021EB" w:rsidRDefault="00000000">
      <w:r>
        <w:t>A reusable video script planner with checkboxes. Perfect for creators over 40 launching a channel.</w:t>
      </w:r>
    </w:p>
    <w:p w14:paraId="0DB60614" w14:textId="77777777" w:rsidR="007021EB" w:rsidRDefault="007021EB"/>
    <w:p w14:paraId="1B13F25A" w14:textId="77777777" w:rsidR="007021EB" w:rsidRDefault="00000000">
      <w:r>
        <w:rPr>
          <w:b/>
        </w:rPr>
        <w:t xml:space="preserve">Video Title: </w:t>
      </w:r>
      <w:r>
        <w:t>__________________________</w:t>
      </w:r>
    </w:p>
    <w:p w14:paraId="67452C4D" w14:textId="77777777" w:rsidR="007021EB" w:rsidRDefault="00000000">
      <w:r>
        <w:rPr>
          <w:b/>
        </w:rPr>
        <w:t xml:space="preserve">Video Topic/Niche: </w:t>
      </w:r>
      <w:r>
        <w:t>__________________________</w:t>
      </w:r>
    </w:p>
    <w:p w14:paraId="63C17C5C" w14:textId="77777777" w:rsidR="007021EB" w:rsidRDefault="007021EB"/>
    <w:p w14:paraId="10CCAEF7" w14:textId="77777777" w:rsidR="007021EB" w:rsidRDefault="00000000">
      <w:pPr>
        <w:pStyle w:val="Heading2"/>
      </w:pPr>
      <w:r>
        <w:t>📌 Hook (0:00–0:15)</w:t>
      </w:r>
    </w:p>
    <w:p w14:paraId="1760EF88" w14:textId="77777777" w:rsidR="007021EB" w:rsidRDefault="00000000">
      <w:r>
        <w:t>☐ Grab attention fast with a bold statement, question, or problem.</w:t>
      </w:r>
    </w:p>
    <w:p w14:paraId="7CD1F7EA" w14:textId="77777777" w:rsidR="007021EB" w:rsidRDefault="00000000">
      <w:r>
        <w:t>Example: “Tired of getting zero views? In this video, I’ll show you how to fix it—fast.”</w:t>
      </w:r>
    </w:p>
    <w:p w14:paraId="1E20BF1A" w14:textId="77777777" w:rsidR="007021EB" w:rsidRDefault="007021EB"/>
    <w:p w14:paraId="694FFBEB" w14:textId="77777777" w:rsidR="007021EB" w:rsidRDefault="00000000">
      <w:pPr>
        <w:pStyle w:val="Heading2"/>
      </w:pPr>
      <w:r>
        <w:t>👋 Intro (0:15–0:30)</w:t>
      </w:r>
    </w:p>
    <w:p w14:paraId="3C805E68" w14:textId="77777777" w:rsidR="007021EB" w:rsidRDefault="00000000">
      <w:r>
        <w:t>☐ Introduce yourself briefly and tell them what to expect.</w:t>
      </w:r>
    </w:p>
    <w:p w14:paraId="23B2952C" w14:textId="77777777" w:rsidR="007021EB" w:rsidRDefault="00000000">
      <w:r>
        <w:t>Example: “I’m [Your Name], and I help new creators grow faster on YouTube. Let’s dive in.”</w:t>
      </w:r>
    </w:p>
    <w:p w14:paraId="15118736" w14:textId="77777777" w:rsidR="007021EB" w:rsidRDefault="007021EB"/>
    <w:p w14:paraId="5C7CEE5E" w14:textId="77777777" w:rsidR="007021EB" w:rsidRDefault="00000000">
      <w:pPr>
        <w:pStyle w:val="Heading2"/>
      </w:pPr>
      <w:r>
        <w:t>🎯 Value Section (Teach / Show / Tell)</w:t>
      </w:r>
    </w:p>
    <w:p w14:paraId="3FD17E7D" w14:textId="77777777" w:rsidR="007021EB" w:rsidRDefault="00000000">
      <w:r>
        <w:t>☐ Break your video into clear tips or steps.</w:t>
      </w:r>
    </w:p>
    <w:p w14:paraId="62EE624A" w14:textId="77777777" w:rsidR="007021EB" w:rsidRDefault="00000000">
      <w:r>
        <w:rPr>
          <w:b/>
        </w:rPr>
        <w:t xml:space="preserve">Point #1: </w:t>
      </w:r>
      <w:r>
        <w:t>__________________________</w:t>
      </w:r>
    </w:p>
    <w:p w14:paraId="6E3DABC3" w14:textId="77777777" w:rsidR="007021EB" w:rsidRDefault="00000000">
      <w:r>
        <w:rPr>
          <w:b/>
        </w:rPr>
        <w:t xml:space="preserve">Point #2: </w:t>
      </w:r>
      <w:r>
        <w:t>__________________________</w:t>
      </w:r>
    </w:p>
    <w:p w14:paraId="4EF353D8" w14:textId="77777777" w:rsidR="007021EB" w:rsidRDefault="00000000">
      <w:r>
        <w:rPr>
          <w:b/>
        </w:rPr>
        <w:t xml:space="preserve">Point #3: </w:t>
      </w:r>
      <w:r>
        <w:t>__________________________</w:t>
      </w:r>
    </w:p>
    <w:p w14:paraId="67E476FC" w14:textId="77777777" w:rsidR="007021EB" w:rsidRDefault="007021EB"/>
    <w:p w14:paraId="42B58281" w14:textId="77777777" w:rsidR="007021EB" w:rsidRDefault="00000000">
      <w:pPr>
        <w:pStyle w:val="Heading2"/>
      </w:pPr>
      <w:r>
        <w:t>📝 Bonus Tip or FAQ</w:t>
      </w:r>
    </w:p>
    <w:p w14:paraId="485C6A5A" w14:textId="77777777" w:rsidR="007021EB" w:rsidRDefault="00000000">
      <w:r>
        <w:t>☐ Add an extra insight or unexpected value.</w:t>
      </w:r>
    </w:p>
    <w:p w14:paraId="1C68D038" w14:textId="77777777" w:rsidR="007021EB" w:rsidRDefault="00000000">
      <w:r>
        <w:t>Example: “Here’s one thing most creators forget...”</w:t>
      </w:r>
    </w:p>
    <w:p w14:paraId="7C08BFCB" w14:textId="77777777" w:rsidR="007021EB" w:rsidRDefault="007021EB"/>
    <w:p w14:paraId="76B2CB93" w14:textId="77777777" w:rsidR="007021EB" w:rsidRDefault="00000000">
      <w:pPr>
        <w:pStyle w:val="Heading2"/>
      </w:pPr>
      <w:r>
        <w:t>📢 Call to Action (CTA)</w:t>
      </w:r>
    </w:p>
    <w:p w14:paraId="4438B7EB" w14:textId="77777777" w:rsidR="007021EB" w:rsidRDefault="00000000">
      <w:r>
        <w:t>☐ Tell viewers what to do next (like, comment, download, subscribe).</w:t>
      </w:r>
    </w:p>
    <w:p w14:paraId="4EF49367" w14:textId="77777777" w:rsidR="007021EB" w:rsidRDefault="00000000">
      <w:r>
        <w:lastRenderedPageBreak/>
        <w:t>Example: “Like this video? Subscribe and grab my free checklist below.”</w:t>
      </w:r>
    </w:p>
    <w:p w14:paraId="17C7B8E0" w14:textId="77777777" w:rsidR="007021EB" w:rsidRDefault="007021EB"/>
    <w:p w14:paraId="640C36C6" w14:textId="77777777" w:rsidR="007021EB" w:rsidRDefault="00000000">
      <w:pPr>
        <w:pStyle w:val="Heading2"/>
      </w:pPr>
      <w:r>
        <w:t>🎬 End Screen Prompt</w:t>
      </w:r>
    </w:p>
    <w:p w14:paraId="439E3C1F" w14:textId="77777777" w:rsidR="007021EB" w:rsidRDefault="00000000">
      <w:r>
        <w:t>☐ Mention the next video or playlist to keep them watching.</w:t>
      </w:r>
    </w:p>
    <w:p w14:paraId="28754436" w14:textId="77777777" w:rsidR="007021EB" w:rsidRDefault="00000000">
      <w:r>
        <w:t>Example: “Check out my video on picking your niche—it’s linked right here.”</w:t>
      </w:r>
    </w:p>
    <w:p w14:paraId="35C68204" w14:textId="77777777" w:rsidR="007021EB" w:rsidRDefault="007021EB"/>
    <w:sectPr w:rsidR="007021EB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08234948">
    <w:abstractNumId w:val="8"/>
  </w:num>
  <w:num w:numId="2" w16cid:durableId="1035545463">
    <w:abstractNumId w:val="6"/>
  </w:num>
  <w:num w:numId="3" w16cid:durableId="1120031278">
    <w:abstractNumId w:val="5"/>
  </w:num>
  <w:num w:numId="4" w16cid:durableId="985277516">
    <w:abstractNumId w:val="4"/>
  </w:num>
  <w:num w:numId="5" w16cid:durableId="1955364392">
    <w:abstractNumId w:val="7"/>
  </w:num>
  <w:num w:numId="6" w16cid:durableId="999040465">
    <w:abstractNumId w:val="3"/>
  </w:num>
  <w:num w:numId="7" w16cid:durableId="1648435658">
    <w:abstractNumId w:val="2"/>
  </w:num>
  <w:num w:numId="8" w16cid:durableId="1356543469">
    <w:abstractNumId w:val="1"/>
  </w:num>
  <w:num w:numId="9" w16cid:durableId="1916209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54D0"/>
    <w:rsid w:val="0029639D"/>
    <w:rsid w:val="00326F90"/>
    <w:rsid w:val="00446037"/>
    <w:rsid w:val="007021EB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C0AEFA"/>
  <w14:defaultImageDpi w14:val="300"/>
  <w15:docId w15:val="{F06A071A-586B-4647-B5B2-5BEA9874B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Capote, Mariano</cp:lastModifiedBy>
  <cp:revision>2</cp:revision>
  <dcterms:created xsi:type="dcterms:W3CDTF">2013-12-23T23:15:00Z</dcterms:created>
  <dcterms:modified xsi:type="dcterms:W3CDTF">2025-05-03T21:33:00Z</dcterms:modified>
  <cp:category/>
</cp:coreProperties>
</file>