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55105D" w14:textId="566047A4" w:rsidR="001236CF" w:rsidRDefault="00715657">
      <w:pPr>
        <w:jc w:val="center"/>
      </w:pPr>
      <w:r>
        <w:rPr>
          <w:b/>
          <w:noProof/>
          <w:sz w:val="48"/>
        </w:rPr>
        <w:drawing>
          <wp:inline distT="0" distB="0" distL="0" distR="0" wp14:anchorId="46A953B1" wp14:editId="5C5B5D21">
            <wp:extent cx="5486400" cy="5486400"/>
            <wp:effectExtent l="0" t="0" r="0" b="0"/>
            <wp:docPr id="1781888152" name="Picture 1" descr="A red screen with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1888152" name="Picture 1" descr="A red screen with white text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548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00000">
        <w:rPr>
          <w:b/>
          <w:sz w:val="48"/>
        </w:rPr>
        <w:t>YouTube Upload Checklist</w:t>
      </w:r>
    </w:p>
    <w:p w14:paraId="5E619FFE" w14:textId="77777777" w:rsidR="001236CF" w:rsidRDefault="001236CF"/>
    <w:p w14:paraId="5AA27434" w14:textId="77777777" w:rsidR="001236CF" w:rsidRDefault="00000000">
      <w:r>
        <w:br w:type="page"/>
      </w:r>
    </w:p>
    <w:p w14:paraId="2550DCF6" w14:textId="77777777" w:rsidR="001236CF" w:rsidRDefault="00000000">
      <w:r>
        <w:rPr>
          <w:sz w:val="24"/>
        </w:rPr>
        <w:lastRenderedPageBreak/>
        <w:t>☐ Is the video file uploaded in the correct format?</w:t>
      </w:r>
    </w:p>
    <w:p w14:paraId="2A399CB0" w14:textId="77777777" w:rsidR="001236CF" w:rsidRDefault="00000000">
      <w:r>
        <w:rPr>
          <w:sz w:val="24"/>
        </w:rPr>
        <w:t>☐ Is the title clear, searchable, and under 60 characters?</w:t>
      </w:r>
    </w:p>
    <w:p w14:paraId="7F3CE52C" w14:textId="77777777" w:rsidR="001236CF" w:rsidRDefault="00000000">
      <w:r>
        <w:rPr>
          <w:sz w:val="24"/>
        </w:rPr>
        <w:t>☐ Have you written a compelling video description?</w:t>
      </w:r>
    </w:p>
    <w:p w14:paraId="5E30D5FF" w14:textId="77777777" w:rsidR="001236CF" w:rsidRDefault="00000000">
      <w:r>
        <w:rPr>
          <w:sz w:val="24"/>
        </w:rPr>
        <w:t>☐ Are relevant keywords and hashtags included?</w:t>
      </w:r>
    </w:p>
    <w:p w14:paraId="128E9226" w14:textId="77777777" w:rsidR="001236CF" w:rsidRDefault="00000000">
      <w:r>
        <w:rPr>
          <w:sz w:val="24"/>
        </w:rPr>
        <w:t>☐ Is the custom thumbnail uploaded?</w:t>
      </w:r>
    </w:p>
    <w:p w14:paraId="02896E9C" w14:textId="77777777" w:rsidR="001236CF" w:rsidRDefault="00000000">
      <w:r>
        <w:rPr>
          <w:sz w:val="24"/>
        </w:rPr>
        <w:t>☐ Are end screens and cards added?</w:t>
      </w:r>
    </w:p>
    <w:p w14:paraId="6D650FFD" w14:textId="77777777" w:rsidR="001236CF" w:rsidRDefault="00000000">
      <w:r>
        <w:rPr>
          <w:sz w:val="24"/>
        </w:rPr>
        <w:t>☐ Is the video added to the appropriate playlist(s)?</w:t>
      </w:r>
    </w:p>
    <w:p w14:paraId="59235B64" w14:textId="77777777" w:rsidR="001236CF" w:rsidRDefault="00000000">
      <w:r>
        <w:rPr>
          <w:sz w:val="24"/>
        </w:rPr>
        <w:t>☐ Have you enabled monetization settings (if applicable)?</w:t>
      </w:r>
    </w:p>
    <w:p w14:paraId="3C75ED43" w14:textId="77777777" w:rsidR="001236CF" w:rsidRDefault="00000000">
      <w:r>
        <w:rPr>
          <w:sz w:val="24"/>
        </w:rPr>
        <w:t>☐ Is the video scheduled or set to publish at the right time?</w:t>
      </w:r>
    </w:p>
    <w:p w14:paraId="131BE654" w14:textId="77777777" w:rsidR="001236CF" w:rsidRDefault="00000000">
      <w:r>
        <w:rPr>
          <w:sz w:val="24"/>
        </w:rPr>
        <w:t>☐ Have you pinned a top comment?</w:t>
      </w:r>
    </w:p>
    <w:p w14:paraId="305FE6D4" w14:textId="77777777" w:rsidR="001236CF" w:rsidRDefault="00000000">
      <w:r>
        <w:rPr>
          <w:sz w:val="24"/>
        </w:rPr>
        <w:t>☐ Have you shared the video on social media and to your email list?</w:t>
      </w:r>
    </w:p>
    <w:p w14:paraId="6A272356" w14:textId="77777777" w:rsidR="001236CF" w:rsidRDefault="00000000">
      <w:r>
        <w:rPr>
          <w:sz w:val="24"/>
        </w:rPr>
        <w:t>☐ Have you replied to early comments within 24–48 hours?</w:t>
      </w:r>
    </w:p>
    <w:sectPr w:rsidR="001236CF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088693492">
    <w:abstractNumId w:val="8"/>
  </w:num>
  <w:num w:numId="2" w16cid:durableId="742679769">
    <w:abstractNumId w:val="6"/>
  </w:num>
  <w:num w:numId="3" w16cid:durableId="2009163952">
    <w:abstractNumId w:val="5"/>
  </w:num>
  <w:num w:numId="4" w16cid:durableId="2068722006">
    <w:abstractNumId w:val="4"/>
  </w:num>
  <w:num w:numId="5" w16cid:durableId="175121740">
    <w:abstractNumId w:val="7"/>
  </w:num>
  <w:num w:numId="6" w16cid:durableId="161551627">
    <w:abstractNumId w:val="3"/>
  </w:num>
  <w:num w:numId="7" w16cid:durableId="789395455">
    <w:abstractNumId w:val="2"/>
  </w:num>
  <w:num w:numId="8" w16cid:durableId="463473953">
    <w:abstractNumId w:val="1"/>
  </w:num>
  <w:num w:numId="9" w16cid:durableId="10059851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236CF"/>
    <w:rsid w:val="0015074B"/>
    <w:rsid w:val="002254D0"/>
    <w:rsid w:val="0029639D"/>
    <w:rsid w:val="00326F90"/>
    <w:rsid w:val="00715657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DA16A47"/>
  <w14:defaultImageDpi w14:val="300"/>
  <w15:docId w15:val="{F06A071A-586B-4647-B5B2-5BEA9874B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95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639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Capote, Mariano</cp:lastModifiedBy>
  <cp:revision>2</cp:revision>
  <dcterms:created xsi:type="dcterms:W3CDTF">2013-12-23T23:15:00Z</dcterms:created>
  <dcterms:modified xsi:type="dcterms:W3CDTF">2025-05-04T12:49:00Z</dcterms:modified>
  <cp:category/>
</cp:coreProperties>
</file>