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0079E" w14:textId="76F60006" w:rsidR="009E5646" w:rsidRDefault="007F6739">
      <w:r>
        <w:rPr>
          <w:noProof/>
        </w:rPr>
        <w:drawing>
          <wp:inline distT="0" distB="0" distL="0" distR="0" wp14:anchorId="566BF00C" wp14:editId="764FF312">
            <wp:extent cx="5772150" cy="5772150"/>
            <wp:effectExtent l="0" t="0" r="0" b="0"/>
            <wp:docPr id="171400514" name="Picture 1" descr="A red square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00514" name="Picture 1" descr="A red square with white tex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577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000">
        <w:br w:type="page"/>
      </w:r>
    </w:p>
    <w:p w14:paraId="53F0EC8C" w14:textId="77777777" w:rsidR="009E5646" w:rsidRDefault="00000000">
      <w:pPr>
        <w:pStyle w:val="Heading1"/>
      </w:pPr>
      <w:r>
        <w:lastRenderedPageBreak/>
        <w:t>Monthly Income Streams Overview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9E5646" w14:paraId="3E772D8A" w14:textId="77777777">
        <w:tc>
          <w:tcPr>
            <w:tcW w:w="2160" w:type="dxa"/>
          </w:tcPr>
          <w:p w14:paraId="5CAFA0E2" w14:textId="77777777" w:rsidR="009E5646" w:rsidRDefault="00000000">
            <w:r>
              <w:t>Income Stream</w:t>
            </w:r>
          </w:p>
        </w:tc>
        <w:tc>
          <w:tcPr>
            <w:tcW w:w="2160" w:type="dxa"/>
          </w:tcPr>
          <w:p w14:paraId="58BBD8C3" w14:textId="77777777" w:rsidR="009E5646" w:rsidRDefault="00000000">
            <w:r>
              <w:t>Platform / Link</w:t>
            </w:r>
          </w:p>
        </w:tc>
        <w:tc>
          <w:tcPr>
            <w:tcW w:w="2160" w:type="dxa"/>
          </w:tcPr>
          <w:p w14:paraId="3977A8CD" w14:textId="77777777" w:rsidR="009E5646" w:rsidRDefault="00000000">
            <w:r>
              <w:t>Target ($)</w:t>
            </w:r>
          </w:p>
        </w:tc>
        <w:tc>
          <w:tcPr>
            <w:tcW w:w="2160" w:type="dxa"/>
          </w:tcPr>
          <w:p w14:paraId="3E9392E5" w14:textId="77777777" w:rsidR="009E5646" w:rsidRDefault="00000000">
            <w:r>
              <w:t>Actual ($)</w:t>
            </w:r>
          </w:p>
        </w:tc>
      </w:tr>
      <w:tr w:rsidR="009E5646" w14:paraId="766E34A8" w14:textId="77777777">
        <w:tc>
          <w:tcPr>
            <w:tcW w:w="2160" w:type="dxa"/>
          </w:tcPr>
          <w:p w14:paraId="7D1AD282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090ABB18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7BB8308D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642B9133" w14:textId="77777777" w:rsidR="009E5646" w:rsidRDefault="00000000">
            <w:r>
              <w:t xml:space="preserve"> </w:t>
            </w:r>
          </w:p>
        </w:tc>
      </w:tr>
      <w:tr w:rsidR="009E5646" w14:paraId="477E95DF" w14:textId="77777777">
        <w:tc>
          <w:tcPr>
            <w:tcW w:w="2160" w:type="dxa"/>
          </w:tcPr>
          <w:p w14:paraId="7CE6F6C8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43964A45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77AC1D64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20F08DDA" w14:textId="77777777" w:rsidR="009E5646" w:rsidRDefault="00000000">
            <w:r>
              <w:t xml:space="preserve"> </w:t>
            </w:r>
          </w:p>
        </w:tc>
      </w:tr>
      <w:tr w:rsidR="009E5646" w14:paraId="7E42697B" w14:textId="77777777">
        <w:tc>
          <w:tcPr>
            <w:tcW w:w="2160" w:type="dxa"/>
          </w:tcPr>
          <w:p w14:paraId="5E487642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1CEDB18C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65C10D17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3A202544" w14:textId="77777777" w:rsidR="009E5646" w:rsidRDefault="00000000">
            <w:r>
              <w:t xml:space="preserve"> </w:t>
            </w:r>
          </w:p>
        </w:tc>
      </w:tr>
      <w:tr w:rsidR="009E5646" w14:paraId="3223BC84" w14:textId="77777777">
        <w:tc>
          <w:tcPr>
            <w:tcW w:w="2160" w:type="dxa"/>
          </w:tcPr>
          <w:p w14:paraId="54D59456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20A87C70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7ABA9C51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640BC224" w14:textId="77777777" w:rsidR="009E5646" w:rsidRDefault="00000000">
            <w:r>
              <w:t xml:space="preserve"> </w:t>
            </w:r>
          </w:p>
        </w:tc>
      </w:tr>
      <w:tr w:rsidR="009E5646" w14:paraId="72214612" w14:textId="77777777">
        <w:tc>
          <w:tcPr>
            <w:tcW w:w="2160" w:type="dxa"/>
          </w:tcPr>
          <w:p w14:paraId="2003DAD6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4EEF1723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455779EC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47ED3544" w14:textId="77777777" w:rsidR="009E5646" w:rsidRDefault="00000000">
            <w:r>
              <w:t xml:space="preserve"> </w:t>
            </w:r>
          </w:p>
        </w:tc>
      </w:tr>
      <w:tr w:rsidR="009E5646" w14:paraId="7CFF70E7" w14:textId="77777777">
        <w:tc>
          <w:tcPr>
            <w:tcW w:w="2160" w:type="dxa"/>
          </w:tcPr>
          <w:p w14:paraId="018A0E9D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285F4A12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6AA94E62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7C30F3A1" w14:textId="77777777" w:rsidR="009E5646" w:rsidRDefault="00000000">
            <w:r>
              <w:t xml:space="preserve"> </w:t>
            </w:r>
          </w:p>
        </w:tc>
      </w:tr>
    </w:tbl>
    <w:p w14:paraId="6E9B5336" w14:textId="77777777" w:rsidR="009E5646" w:rsidRDefault="009E5646"/>
    <w:p w14:paraId="57D44437" w14:textId="77777777" w:rsidR="009E5646" w:rsidRDefault="00000000">
      <w:pPr>
        <w:pStyle w:val="Heading1"/>
      </w:pPr>
      <w:r>
        <w:t>Affiliate Product Tracker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9E5646" w14:paraId="731EDDEB" w14:textId="77777777">
        <w:tc>
          <w:tcPr>
            <w:tcW w:w="2160" w:type="dxa"/>
          </w:tcPr>
          <w:p w14:paraId="0549C6BA" w14:textId="77777777" w:rsidR="009E5646" w:rsidRDefault="00000000">
            <w:r>
              <w:t>Product Name</w:t>
            </w:r>
          </w:p>
        </w:tc>
        <w:tc>
          <w:tcPr>
            <w:tcW w:w="2160" w:type="dxa"/>
          </w:tcPr>
          <w:p w14:paraId="7A5991C0" w14:textId="77777777" w:rsidR="009E5646" w:rsidRDefault="00000000">
            <w:r>
              <w:t>Affiliate Link</w:t>
            </w:r>
          </w:p>
        </w:tc>
        <w:tc>
          <w:tcPr>
            <w:tcW w:w="2160" w:type="dxa"/>
          </w:tcPr>
          <w:p w14:paraId="59397E31" w14:textId="77777777" w:rsidR="009E5646" w:rsidRDefault="00000000">
            <w:r>
              <w:t>Earnings to Date</w:t>
            </w:r>
          </w:p>
        </w:tc>
        <w:tc>
          <w:tcPr>
            <w:tcW w:w="2160" w:type="dxa"/>
          </w:tcPr>
          <w:p w14:paraId="0DAAF8FE" w14:textId="77777777" w:rsidR="009E5646" w:rsidRDefault="00000000">
            <w:r>
              <w:t>Conversion Notes</w:t>
            </w:r>
          </w:p>
        </w:tc>
      </w:tr>
      <w:tr w:rsidR="009E5646" w14:paraId="7122C28A" w14:textId="77777777">
        <w:tc>
          <w:tcPr>
            <w:tcW w:w="2160" w:type="dxa"/>
          </w:tcPr>
          <w:p w14:paraId="023482AD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3385D587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305D7C1B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0D6EDD0C" w14:textId="77777777" w:rsidR="009E5646" w:rsidRDefault="00000000">
            <w:r>
              <w:t xml:space="preserve"> </w:t>
            </w:r>
          </w:p>
        </w:tc>
      </w:tr>
      <w:tr w:rsidR="009E5646" w14:paraId="428BB763" w14:textId="77777777">
        <w:tc>
          <w:tcPr>
            <w:tcW w:w="2160" w:type="dxa"/>
          </w:tcPr>
          <w:p w14:paraId="5D8E1647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2EF97C3C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341FC67D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420E8832" w14:textId="77777777" w:rsidR="009E5646" w:rsidRDefault="00000000">
            <w:r>
              <w:t xml:space="preserve"> </w:t>
            </w:r>
          </w:p>
        </w:tc>
      </w:tr>
      <w:tr w:rsidR="009E5646" w14:paraId="557E438F" w14:textId="77777777">
        <w:tc>
          <w:tcPr>
            <w:tcW w:w="2160" w:type="dxa"/>
          </w:tcPr>
          <w:p w14:paraId="050726E9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7E6C793B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2273BC4E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4D0BB727" w14:textId="77777777" w:rsidR="009E5646" w:rsidRDefault="00000000">
            <w:r>
              <w:t xml:space="preserve"> </w:t>
            </w:r>
          </w:p>
        </w:tc>
      </w:tr>
      <w:tr w:rsidR="009E5646" w14:paraId="65D1C2B1" w14:textId="77777777">
        <w:tc>
          <w:tcPr>
            <w:tcW w:w="2160" w:type="dxa"/>
          </w:tcPr>
          <w:p w14:paraId="67F2B078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6468DE88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262DF9AC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4CD01566" w14:textId="77777777" w:rsidR="009E5646" w:rsidRDefault="00000000">
            <w:r>
              <w:t xml:space="preserve"> </w:t>
            </w:r>
          </w:p>
        </w:tc>
      </w:tr>
      <w:tr w:rsidR="009E5646" w14:paraId="70AC4D81" w14:textId="77777777">
        <w:tc>
          <w:tcPr>
            <w:tcW w:w="2160" w:type="dxa"/>
          </w:tcPr>
          <w:p w14:paraId="3B26FBEF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619BCE6C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314AF3D4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2378E9C1" w14:textId="77777777" w:rsidR="009E5646" w:rsidRDefault="00000000">
            <w:r>
              <w:t xml:space="preserve"> </w:t>
            </w:r>
          </w:p>
        </w:tc>
      </w:tr>
    </w:tbl>
    <w:p w14:paraId="1D263724" w14:textId="77777777" w:rsidR="009E5646" w:rsidRDefault="009E5646"/>
    <w:p w14:paraId="5E1E1B7F" w14:textId="77777777" w:rsidR="009E5646" w:rsidRDefault="00000000">
      <w:pPr>
        <w:pStyle w:val="Heading1"/>
      </w:pPr>
      <w:r>
        <w:t>Sponsorship Pitch Log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9E5646" w14:paraId="6871CB4A" w14:textId="77777777">
        <w:tc>
          <w:tcPr>
            <w:tcW w:w="2160" w:type="dxa"/>
          </w:tcPr>
          <w:p w14:paraId="4411B28D" w14:textId="77777777" w:rsidR="009E5646" w:rsidRDefault="00000000">
            <w:r>
              <w:t>Brand Contacted</w:t>
            </w:r>
          </w:p>
        </w:tc>
        <w:tc>
          <w:tcPr>
            <w:tcW w:w="2160" w:type="dxa"/>
          </w:tcPr>
          <w:p w14:paraId="75FB95C6" w14:textId="77777777" w:rsidR="009E5646" w:rsidRDefault="00000000">
            <w:r>
              <w:t>Date Pitched</w:t>
            </w:r>
          </w:p>
        </w:tc>
        <w:tc>
          <w:tcPr>
            <w:tcW w:w="2160" w:type="dxa"/>
          </w:tcPr>
          <w:p w14:paraId="4FADC2DE" w14:textId="77777777" w:rsidR="009E5646" w:rsidRDefault="00000000">
            <w:r>
              <w:t>Response</w:t>
            </w:r>
          </w:p>
        </w:tc>
        <w:tc>
          <w:tcPr>
            <w:tcW w:w="2160" w:type="dxa"/>
          </w:tcPr>
          <w:p w14:paraId="581994E4" w14:textId="77777777" w:rsidR="009E5646" w:rsidRDefault="00000000">
            <w:r>
              <w:t>Next Step</w:t>
            </w:r>
          </w:p>
        </w:tc>
      </w:tr>
      <w:tr w:rsidR="009E5646" w14:paraId="534854E9" w14:textId="77777777">
        <w:tc>
          <w:tcPr>
            <w:tcW w:w="2160" w:type="dxa"/>
          </w:tcPr>
          <w:p w14:paraId="7090B544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7A86D44E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218BB60A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07D3614C" w14:textId="77777777" w:rsidR="009E5646" w:rsidRDefault="00000000">
            <w:r>
              <w:t xml:space="preserve"> </w:t>
            </w:r>
          </w:p>
        </w:tc>
      </w:tr>
      <w:tr w:rsidR="009E5646" w14:paraId="6E6AD57D" w14:textId="77777777">
        <w:tc>
          <w:tcPr>
            <w:tcW w:w="2160" w:type="dxa"/>
          </w:tcPr>
          <w:p w14:paraId="18EE403F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07235CF3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72B18242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1EDF0FB8" w14:textId="77777777" w:rsidR="009E5646" w:rsidRDefault="00000000">
            <w:r>
              <w:t xml:space="preserve"> </w:t>
            </w:r>
          </w:p>
        </w:tc>
      </w:tr>
      <w:tr w:rsidR="009E5646" w14:paraId="1AC8A326" w14:textId="77777777">
        <w:tc>
          <w:tcPr>
            <w:tcW w:w="2160" w:type="dxa"/>
          </w:tcPr>
          <w:p w14:paraId="138D1FD6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280B1F4C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4DBC762F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520EBF2B" w14:textId="77777777" w:rsidR="009E5646" w:rsidRDefault="00000000">
            <w:r>
              <w:t xml:space="preserve"> </w:t>
            </w:r>
          </w:p>
        </w:tc>
      </w:tr>
      <w:tr w:rsidR="009E5646" w14:paraId="5F29893E" w14:textId="77777777">
        <w:tc>
          <w:tcPr>
            <w:tcW w:w="2160" w:type="dxa"/>
          </w:tcPr>
          <w:p w14:paraId="1E27AA12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72B43008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05A3854A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6D3D2E63" w14:textId="77777777" w:rsidR="009E5646" w:rsidRDefault="00000000">
            <w:r>
              <w:t xml:space="preserve"> </w:t>
            </w:r>
          </w:p>
        </w:tc>
      </w:tr>
      <w:tr w:rsidR="009E5646" w14:paraId="22681B77" w14:textId="77777777">
        <w:tc>
          <w:tcPr>
            <w:tcW w:w="2160" w:type="dxa"/>
          </w:tcPr>
          <w:p w14:paraId="57830456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584A37E6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324F5889" w14:textId="77777777" w:rsidR="009E5646" w:rsidRDefault="00000000">
            <w:r>
              <w:t xml:space="preserve"> </w:t>
            </w:r>
          </w:p>
        </w:tc>
        <w:tc>
          <w:tcPr>
            <w:tcW w:w="2160" w:type="dxa"/>
          </w:tcPr>
          <w:p w14:paraId="29043B6A" w14:textId="77777777" w:rsidR="009E5646" w:rsidRDefault="00000000">
            <w:r>
              <w:t xml:space="preserve"> </w:t>
            </w:r>
          </w:p>
        </w:tc>
      </w:tr>
    </w:tbl>
    <w:p w14:paraId="0EF2626D" w14:textId="77777777" w:rsidR="009E5646" w:rsidRDefault="009E5646"/>
    <w:p w14:paraId="03B699F0" w14:textId="77777777" w:rsidR="009E5646" w:rsidRDefault="00000000">
      <w:pPr>
        <w:pStyle w:val="Heading1"/>
      </w:pPr>
      <w:r>
        <w:lastRenderedPageBreak/>
        <w:t>Product Ideas &amp; Launch Plan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9E5646" w14:paraId="2F457332" w14:textId="77777777">
        <w:tc>
          <w:tcPr>
            <w:tcW w:w="2880" w:type="dxa"/>
          </w:tcPr>
          <w:p w14:paraId="0F3C315B" w14:textId="77777777" w:rsidR="009E5646" w:rsidRDefault="00000000">
            <w:r>
              <w:t>Product Idea</w:t>
            </w:r>
          </w:p>
        </w:tc>
        <w:tc>
          <w:tcPr>
            <w:tcW w:w="2880" w:type="dxa"/>
          </w:tcPr>
          <w:p w14:paraId="133E2722" w14:textId="77777777" w:rsidR="009E5646" w:rsidRDefault="00000000">
            <w:r>
              <w:t>Launch Date Goal</w:t>
            </w:r>
          </w:p>
        </w:tc>
        <w:tc>
          <w:tcPr>
            <w:tcW w:w="2880" w:type="dxa"/>
          </w:tcPr>
          <w:p w14:paraId="52700A3C" w14:textId="77777777" w:rsidR="009E5646" w:rsidRDefault="00000000">
            <w:r>
              <w:t>Platform (Gumroad, Ko-fi, etc.)</w:t>
            </w:r>
          </w:p>
        </w:tc>
      </w:tr>
      <w:tr w:rsidR="009E5646" w14:paraId="3FD4D80A" w14:textId="77777777">
        <w:tc>
          <w:tcPr>
            <w:tcW w:w="2880" w:type="dxa"/>
          </w:tcPr>
          <w:p w14:paraId="1660FF03" w14:textId="77777777" w:rsidR="009E5646" w:rsidRDefault="00000000">
            <w:r>
              <w:t xml:space="preserve"> </w:t>
            </w:r>
          </w:p>
        </w:tc>
        <w:tc>
          <w:tcPr>
            <w:tcW w:w="2880" w:type="dxa"/>
          </w:tcPr>
          <w:p w14:paraId="2223D242" w14:textId="77777777" w:rsidR="009E5646" w:rsidRDefault="00000000">
            <w:r>
              <w:t xml:space="preserve"> </w:t>
            </w:r>
          </w:p>
        </w:tc>
        <w:tc>
          <w:tcPr>
            <w:tcW w:w="2880" w:type="dxa"/>
          </w:tcPr>
          <w:p w14:paraId="53460258" w14:textId="77777777" w:rsidR="009E5646" w:rsidRDefault="00000000">
            <w:r>
              <w:t xml:space="preserve"> </w:t>
            </w:r>
          </w:p>
        </w:tc>
      </w:tr>
      <w:tr w:rsidR="009E5646" w14:paraId="1ED3997A" w14:textId="77777777">
        <w:tc>
          <w:tcPr>
            <w:tcW w:w="2880" w:type="dxa"/>
          </w:tcPr>
          <w:p w14:paraId="6370CAF4" w14:textId="77777777" w:rsidR="009E5646" w:rsidRDefault="00000000">
            <w:r>
              <w:t xml:space="preserve"> </w:t>
            </w:r>
          </w:p>
        </w:tc>
        <w:tc>
          <w:tcPr>
            <w:tcW w:w="2880" w:type="dxa"/>
          </w:tcPr>
          <w:p w14:paraId="7926CBE1" w14:textId="77777777" w:rsidR="009E5646" w:rsidRDefault="00000000">
            <w:r>
              <w:t xml:space="preserve"> </w:t>
            </w:r>
          </w:p>
        </w:tc>
        <w:tc>
          <w:tcPr>
            <w:tcW w:w="2880" w:type="dxa"/>
          </w:tcPr>
          <w:p w14:paraId="60685D63" w14:textId="77777777" w:rsidR="009E5646" w:rsidRDefault="00000000">
            <w:r>
              <w:t xml:space="preserve"> </w:t>
            </w:r>
          </w:p>
        </w:tc>
      </w:tr>
      <w:tr w:rsidR="009E5646" w14:paraId="7B439DC2" w14:textId="77777777">
        <w:tc>
          <w:tcPr>
            <w:tcW w:w="2880" w:type="dxa"/>
          </w:tcPr>
          <w:p w14:paraId="36B3901F" w14:textId="77777777" w:rsidR="009E5646" w:rsidRDefault="00000000">
            <w:r>
              <w:t xml:space="preserve"> </w:t>
            </w:r>
          </w:p>
        </w:tc>
        <w:tc>
          <w:tcPr>
            <w:tcW w:w="2880" w:type="dxa"/>
          </w:tcPr>
          <w:p w14:paraId="21ACD4F3" w14:textId="77777777" w:rsidR="009E5646" w:rsidRDefault="00000000">
            <w:r>
              <w:t xml:space="preserve"> </w:t>
            </w:r>
          </w:p>
        </w:tc>
        <w:tc>
          <w:tcPr>
            <w:tcW w:w="2880" w:type="dxa"/>
          </w:tcPr>
          <w:p w14:paraId="7E722007" w14:textId="77777777" w:rsidR="009E5646" w:rsidRDefault="00000000">
            <w:r>
              <w:t xml:space="preserve"> </w:t>
            </w:r>
          </w:p>
        </w:tc>
      </w:tr>
      <w:tr w:rsidR="009E5646" w14:paraId="206287CC" w14:textId="77777777">
        <w:tc>
          <w:tcPr>
            <w:tcW w:w="2880" w:type="dxa"/>
          </w:tcPr>
          <w:p w14:paraId="6C0806FF" w14:textId="77777777" w:rsidR="009E5646" w:rsidRDefault="00000000">
            <w:r>
              <w:t xml:space="preserve"> </w:t>
            </w:r>
          </w:p>
        </w:tc>
        <w:tc>
          <w:tcPr>
            <w:tcW w:w="2880" w:type="dxa"/>
          </w:tcPr>
          <w:p w14:paraId="0B0157A8" w14:textId="77777777" w:rsidR="009E5646" w:rsidRDefault="00000000">
            <w:r>
              <w:t xml:space="preserve"> </w:t>
            </w:r>
          </w:p>
        </w:tc>
        <w:tc>
          <w:tcPr>
            <w:tcW w:w="2880" w:type="dxa"/>
          </w:tcPr>
          <w:p w14:paraId="4D8C749D" w14:textId="77777777" w:rsidR="009E5646" w:rsidRDefault="00000000">
            <w:r>
              <w:t xml:space="preserve"> </w:t>
            </w:r>
          </w:p>
        </w:tc>
      </w:tr>
    </w:tbl>
    <w:p w14:paraId="7F007200" w14:textId="77777777" w:rsidR="00FF4EC1" w:rsidRDefault="00FF4EC1"/>
    <w:sectPr w:rsidR="00FF4EC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18103375">
    <w:abstractNumId w:val="8"/>
  </w:num>
  <w:num w:numId="2" w16cid:durableId="577831758">
    <w:abstractNumId w:val="6"/>
  </w:num>
  <w:num w:numId="3" w16cid:durableId="942104885">
    <w:abstractNumId w:val="5"/>
  </w:num>
  <w:num w:numId="4" w16cid:durableId="74015510">
    <w:abstractNumId w:val="4"/>
  </w:num>
  <w:num w:numId="5" w16cid:durableId="232395129">
    <w:abstractNumId w:val="7"/>
  </w:num>
  <w:num w:numId="6" w16cid:durableId="1703282648">
    <w:abstractNumId w:val="3"/>
  </w:num>
  <w:num w:numId="7" w16cid:durableId="908804100">
    <w:abstractNumId w:val="2"/>
  </w:num>
  <w:num w:numId="8" w16cid:durableId="738216571">
    <w:abstractNumId w:val="1"/>
  </w:num>
  <w:num w:numId="9" w16cid:durableId="1558081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254D0"/>
    <w:rsid w:val="0029639D"/>
    <w:rsid w:val="00326F90"/>
    <w:rsid w:val="007F6739"/>
    <w:rsid w:val="009E5646"/>
    <w:rsid w:val="00AA1D8D"/>
    <w:rsid w:val="00B47730"/>
    <w:rsid w:val="00CB0664"/>
    <w:rsid w:val="00FC693F"/>
    <w:rsid w:val="00FF4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B9B8F7"/>
  <w14:defaultImageDpi w14:val="300"/>
  <w15:docId w15:val="{F06A071A-586B-4647-B5B2-5BEA9874B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514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Capote, Mariano</cp:lastModifiedBy>
  <cp:revision>2</cp:revision>
  <dcterms:created xsi:type="dcterms:W3CDTF">2013-12-23T23:15:00Z</dcterms:created>
  <dcterms:modified xsi:type="dcterms:W3CDTF">2025-05-04T12:47:00Z</dcterms:modified>
  <cp:category/>
</cp:coreProperties>
</file>